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Департамент городского имущества города Москвы</w:t>
      </w:r>
    </w:p>
    <w:p>
      <w:pPr>
        <w:keepLines/>
        <w:widowControl/>
      </w:pPr>
      <w:r>
        <w:t>от [ФИО заявителя или представителя]</w:t>
        <w:br/>
        <w:t>Статус заявителя: [собственник, наниматель или представитель — укажите свой статус]</w:t>
        <w:br/>
        <w:t>Адрес для ответа: [почтовый адрес]</w:t>
        <w:br/>
        <w:t>Телефон: [номер телефона]</w:t>
        <w:br/>
        <w:t>Электронная почта: [адрес электронной почты]</w:t>
        <w:br/>
        <w:t>Представляемое лицо: [ФИО — заполните, если действуете как представитель]</w:t>
        <w:br/>
        <w:t>Документ о полномочиях представителя: [название, дата и номер при наличии — заполните, если действуете как представитель]</w:t>
      </w:r>
    </w:p>
    <w:p>
      <w:pPr>
        <w:pStyle w:val="Title"/>
        <w:widowControl/>
      </w:pPr>
      <w:r>
        <w:t>Заявление о несогласии с предложенной квартирой</w:t>
      </w:r>
    </w:p>
    <w:p>
      <w:pPr>
        <w:widowControl/>
      </w:pPr>
      <w:r>
        <w:t>Предложена квартира по адресу: [адрес предложенной квартиры] взамен квартиры по адресу: [адрес прежней квартиры].</w:t>
      </w:r>
    </w:p>
    <w:p>
      <w:pPr>
        <w:widowControl/>
      </w:pPr>
      <w:r>
        <w:t>Уведомление о предложении квартиры: [дата и номер уведомления].</w:t>
      </w:r>
    </w:p>
    <w:p>
      <w:pPr>
        <w:widowControl/>
      </w:pPr>
      <w:r>
        <w:t>Осмотр состоялся: [дата осмотра].</w:t>
      </w:r>
    </w:p>
    <w:p>
      <w:pPr>
        <w:widowControl/>
      </w:pPr>
      <w:r>
        <w:t>Проект договора получен: [дата получения проекта договора]. Реквизиты проекта: [дата и номер, если указаны в документе].</w:t>
      </w:r>
    </w:p>
    <w:p>
      <w:pPr>
        <w:widowControl/>
      </w:pPr>
      <w:r>
        <w:t>Основания несогласия с предложением.</w:t>
      </w:r>
    </w:p>
    <w:p>
      <w:pPr>
        <w:widowControl/>
      </w:pPr>
      <w:r>
        <w:t>1. Основание несогласия: [конкретный факт или обстоятельство, с которым вы не согласны].</w:t>
        <w:br/>
        <w:t>Подтверждение: [название документа, его дата и номер, страница или иной фрагмент; для фотографий — название файла, помещение и дата].</w:t>
        <w:br/>
        <w:t>Прошу по этому основанию: [конкретное требование, связанное с указанным фактом и доказательством].</w:t>
      </w:r>
    </w:p>
    <w:p>
      <w:pPr>
        <w:widowControl/>
      </w:pPr>
      <w:r>
        <w:t>Прошу предоставить письменный ответ по существу каждого довода и сообщить, как поданное заявление влияет на дальнейшее оформление и назначенные сроки.</w:t>
      </w:r>
    </w:p>
    <w:p>
      <w:pPr>
        <w:keepNext/>
        <w:keepLines/>
        <w:widowControl/>
      </w:pPr>
      <w:r>
        <w:t>Приложения:</w:t>
        <w:br/>
        <w:t>1. [название документа или файла; дата и номер при наличии; количество листов или файлов].</w:t>
        <w:br/>
        <w:t>2. [название документа или файла; дата и номер при наличии; количество листов или файлов].</w:t>
      </w:r>
    </w:p>
    <w:p>
      <w:pPr>
        <w:keepLines/>
        <w:widowControl/>
      </w:pPr>
      <w:r>
        <w:t>Дата: [дата подписания заявления]</w:t>
        <w:br/>
        <w:t>Подпись: ____________________</w:t>
        <w:br/>
        <w:t>ФИО: [ФИО подписавшего заявление]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line="264" w:lineRule="auto" w:after="140"/>
    </w:pPr>
    <w:rPr>
      <w:rFonts w:ascii="Times New Roman" w:hAnsi="Times New Roman" w:eastAsia="Times New Roman" w:cs="Times New Roman"/>
      <w:b w:val="0"/>
      <w:color w:val="000000"/>
      <w:sz w:val="24"/>
      <w:szCs w:val="24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4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000000"/>
      <w:sz w:val="24"/>
      <w:szCs w:val="24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widowControl/>
      <w:spacing w:after="240" w:line="264" w:lineRule="auto" w:before="140"/>
      <w:contextualSpacing/>
      <w:jc w:val="center"/>
    </w:pPr>
    <w:rPr>
      <w:rFonts w:ascii="Times New Roman" w:hAnsi="Times New Roman" w:eastAsia="Times New Roman" w:cs="Times New Roman"/>
      <w:b/>
      <w:color w:val="000000"/>
      <w:sz w:val="28"/>
      <w:szCs w:val="28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b/>
      <w:color w:val="000000"/>
      <w:sz w:val="28"/>
      <w:szCs w:val="28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b/>
      <w:i/>
      <w:iCs/>
      <w:color w:val="000000"/>
      <w:sz w:val="24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несогласии с предложенной квартирой</dc:title>
  <dc:subject>Пустая заготовка заявления</dc:subject>
  <dc:creator/>
  <cp:keywords/>
  <dc:description/>
  <cp:lastModifiedBy/>
  <cp:revision>1</cp:revision>
  <dcterms:created xsi:type="dcterms:W3CDTF">2026-10-10T00:00:00Z</dcterms:created>
  <dcterms:modified xsi:type="dcterms:W3CDTF">2026-10-10T00:00:00Z</dcterms:modified>
  <cp:category/>
  <dc:language>ru-RU</dc:language>
</cp:coreProperties>
</file>